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LuckyMay 每日默写单</w:t>
      </w:r>
    </w:p>
    <w:p>
      <w:pPr>
        <w:jc w:val="center"/>
      </w:pPr>
      <w:r>
        <w:rPr>
          <w:sz w:val="24"/>
        </w:rPr>
        <w:t>日期：2026-09-09　　姓名：________　　共 35 词</w:t>
      </w:r>
    </w:p>
    <w:p/>
    <w:p>
      <w:pPr>
        <w:spacing w:after="280"/>
      </w:pPr>
      <w:r>
        <w:rPr>
          <w:sz w:val="28"/>
        </w:rPr>
        <w:t>1. 逃跑；逃避（v.）：＿＿＿＿＿＿＿＿＿＿＿＿＿＿</w:t>
      </w:r>
    </w:p>
    <w:p>
      <w:pPr>
        <w:spacing w:after="280"/>
      </w:pPr>
      <w:r>
        <w:rPr>
          <w:sz w:val="28"/>
        </w:rPr>
        <w:t>2. 提供（v.）：＿＿＿＿＿＿＿＿＿＿＿＿＿＿</w:t>
      </w:r>
    </w:p>
    <w:p>
      <w:pPr>
        <w:spacing w:after="280"/>
      </w:pPr>
      <w:r>
        <w:rPr>
          <w:sz w:val="28"/>
        </w:rPr>
        <w:t>3. 破坏（程度浅）（v.）：＿＿＿＿＿＿＿＿＿＿＿＿＿＿</w:t>
      </w:r>
    </w:p>
    <w:p>
      <w:pPr>
        <w:spacing w:after="280"/>
      </w:pPr>
      <w:r>
        <w:rPr>
          <w:sz w:val="28"/>
        </w:rPr>
        <w:t>4. 获得、达成（v.）：＿＿＿＿＿＿＿＿＿＿＿＿＿＿</w:t>
      </w:r>
    </w:p>
    <w:p>
      <w:pPr>
        <w:spacing w:after="280"/>
      </w:pPr>
      <w:r>
        <w:rPr>
          <w:sz w:val="28"/>
        </w:rPr>
        <w:t>5. 幽默感（-）：＿＿＿＿＿＿＿＿＿＿＿＿＿＿</w:t>
      </w:r>
    </w:p>
    <w:p>
      <w:pPr>
        <w:spacing w:after="280"/>
      </w:pPr>
      <w:r>
        <w:rPr>
          <w:sz w:val="28"/>
        </w:rPr>
        <w:t>6. 最近的（adj.）：＿＿＿＿＿＿＿＿＿＿＿＿＿＿</w:t>
      </w:r>
    </w:p>
    <w:p>
      <w:pPr>
        <w:spacing w:after="280"/>
      </w:pPr>
      <w:r>
        <w:rPr>
          <w:sz w:val="28"/>
        </w:rPr>
        <w:t>7. 心烦的，不安的（adj.）：＿＿＿＿＿＿＿＿＿＿＿＿＿＿</w:t>
      </w:r>
    </w:p>
    <w:p>
      <w:pPr>
        <w:spacing w:after="280"/>
      </w:pPr>
      <w:r>
        <w:rPr>
          <w:sz w:val="28"/>
        </w:rPr>
        <w:t>8. 直接的（adj.）：＿＿＿＿＿＿＿＿＿＿＿＿＿＿</w:t>
      </w:r>
    </w:p>
    <w:p>
      <w:pPr>
        <w:spacing w:after="280"/>
      </w:pPr>
      <w:r>
        <w:rPr>
          <w:sz w:val="28"/>
        </w:rPr>
        <w:t>9. 表达；表情（n.）：＿＿＿＿＿＿＿＿＿＿＿＿＿＿</w:t>
      </w:r>
    </w:p>
    <w:p>
      <w:pPr>
        <w:spacing w:after="280"/>
      </w:pPr>
      <w:r>
        <w:rPr>
          <w:sz w:val="28"/>
        </w:rPr>
        <w:t>10. 发展；研发；培养养成（v.）：＿＿＿＿＿＿＿＿＿＿＿＿＿＿</w:t>
      </w:r>
    </w:p>
    <w:p>
      <w:pPr>
        <w:spacing w:after="280"/>
      </w:pPr>
      <w:r>
        <w:rPr>
          <w:sz w:val="28"/>
        </w:rPr>
        <w:t>11. 讨论；商议（n.）：＿＿＿＿＿＿＿＿＿＿＿＿＿＿</w:t>
      </w:r>
    </w:p>
    <w:p>
      <w:pPr>
        <w:spacing w:after="280"/>
      </w:pPr>
      <w:r>
        <w:rPr>
          <w:sz w:val="28"/>
        </w:rPr>
        <w:t>12. 情绪；情感（n.）：＿＿＿＿＿＿＿＿＿＿＿＿＿＿</w:t>
      </w:r>
    </w:p>
    <w:p>
      <w:pPr>
        <w:spacing w:after="280"/>
      </w:pPr>
      <w:r>
        <w:rPr>
          <w:sz w:val="28"/>
        </w:rPr>
        <w:t>13. 紧紧地（adv.）：＿＿＿＿＿＿＿＿＿＿＿＿＿＿</w:t>
      </w:r>
    </w:p>
    <w:p>
      <w:pPr>
        <w:spacing w:after="280"/>
      </w:pPr>
      <w:r>
        <w:rPr>
          <w:sz w:val="28"/>
        </w:rPr>
        <w:t>14. 立即（写出3种）（adv.）：＿＿＿＿＿＿＿＿＿＿＿＿＿＿</w:t>
      </w:r>
    </w:p>
    <w:p>
      <w:pPr>
        <w:spacing w:after="280"/>
      </w:pPr>
      <w:r>
        <w:rPr>
          <w:sz w:val="28"/>
        </w:rPr>
        <w:t>15. 个人的；个体的（adj.）：＿＿＿＿＿＿＿＿＿＿＿＿＿＿</w:t>
      </w:r>
    </w:p>
    <w:p>
      <w:pPr>
        <w:spacing w:after="280"/>
      </w:pPr>
      <w:r>
        <w:rPr>
          <w:sz w:val="28"/>
        </w:rPr>
        <w:t>16. 更喜欢（v.）：＿＿＿＿＿＿＿＿＿＿＿＿＿＿</w:t>
      </w:r>
    </w:p>
    <w:p>
      <w:pPr>
        <w:spacing w:after="280"/>
      </w:pPr>
      <w:r>
        <w:rPr>
          <w:sz w:val="28"/>
        </w:rPr>
        <w:t>17. 匆匆忙忙（-）：＿＿＿＿＿＿＿＿＿＿＿＿＿＿</w:t>
      </w:r>
    </w:p>
    <w:p>
      <w:pPr>
        <w:spacing w:after="280"/>
      </w:pPr>
      <w:r>
        <w:rPr>
          <w:sz w:val="28"/>
        </w:rPr>
        <w:t>18. 曾经；很久以前（-）：＿＿＿＿＿＿＿＿＿＿＿＿＿＿</w:t>
      </w:r>
    </w:p>
    <w:p>
      <w:pPr>
        <w:spacing w:after="280"/>
      </w:pPr>
      <w:r>
        <w:rPr>
          <w:sz w:val="28"/>
        </w:rPr>
        <w:t>19. 破坏（程度深）（v.）：＿＿＿＿＿＿＿＿＿＿＿＿＿＿</w:t>
      </w:r>
    </w:p>
    <w:p>
      <w:pPr>
        <w:spacing w:after="280"/>
      </w:pPr>
      <w:r>
        <w:rPr>
          <w:sz w:val="28"/>
        </w:rPr>
        <w:t>20. 保护（v.）：＿＿＿＿＿＿＿＿＿＿＿＿＿＿</w:t>
      </w:r>
    </w:p>
    <w:p>
      <w:pPr>
        <w:spacing w:after="280"/>
      </w:pPr>
      <w:r>
        <w:rPr>
          <w:sz w:val="28"/>
        </w:rPr>
        <w:t>21. 看见，瞥见（-）：＿＿＿＿＿＿＿＿＿＿＿＿＿＿</w:t>
      </w:r>
    </w:p>
    <w:p>
      <w:pPr>
        <w:spacing w:after="280"/>
      </w:pPr>
      <w:r>
        <w:rPr>
          <w:sz w:val="28"/>
        </w:rPr>
        <w:t>22. 表面（n.）：＿＿＿＿＿＿＿＿＿＿＿＿＿＿</w:t>
      </w:r>
    </w:p>
    <w:p>
      <w:pPr>
        <w:spacing w:after="280"/>
      </w:pPr>
      <w:r>
        <w:rPr>
          <w:sz w:val="28"/>
        </w:rPr>
        <w:t>23. 逃跑；逃避（n.）：＿＿＿＿＿＿＿＿＿＿＿＿＿＿</w:t>
      </w:r>
    </w:p>
    <w:p>
      <w:pPr>
        <w:spacing w:after="280"/>
      </w:pPr>
      <w:r>
        <w:rPr>
          <w:sz w:val="28"/>
        </w:rPr>
        <w:t>24. 教育（v.）：＿＿＿＿＿＿＿＿＿＿＿＿＿＿</w:t>
      </w:r>
    </w:p>
    <w:p>
      <w:pPr>
        <w:spacing w:after="280"/>
      </w:pPr>
      <w:r>
        <w:rPr>
          <w:sz w:val="28"/>
        </w:rPr>
        <w:t>25. 自信的；有信心的（adj.）：＿＿＿＿＿＿＿＿＿＿＿＿＿＿</w:t>
      </w:r>
    </w:p>
    <w:p>
      <w:pPr>
        <w:spacing w:after="280"/>
      </w:pPr>
      <w:r>
        <w:rPr>
          <w:sz w:val="28"/>
        </w:rPr>
        <w:t>26. 个人，个体（n.）：＿＿＿＿＿＿＿＿＿＿＿＿＿＿</w:t>
      </w:r>
    </w:p>
    <w:p>
      <w:pPr>
        <w:spacing w:after="280"/>
      </w:pPr>
      <w:r>
        <w:rPr>
          <w:sz w:val="28"/>
        </w:rPr>
        <w:t>27. 研究；调查（v.）：＿＿＿＿＿＿＿＿＿＿＿＿＿＿</w:t>
      </w:r>
    </w:p>
    <w:p>
      <w:pPr>
        <w:spacing w:after="280"/>
      </w:pPr>
      <w:r>
        <w:rPr>
          <w:sz w:val="28"/>
        </w:rPr>
        <w:t>28. 当前，眼下（-）：＿＿＿＿＿＿＿＿＿＿＿＿＿＿</w:t>
      </w:r>
    </w:p>
    <w:p>
      <w:pPr>
        <w:spacing w:after="280"/>
      </w:pPr>
      <w:r>
        <w:rPr>
          <w:sz w:val="28"/>
        </w:rPr>
        <w:t>29. 成就，功绩（n.）：＿＿＿＿＿＿＿＿＿＿＿＿＿＿</w:t>
      </w:r>
    </w:p>
    <w:p>
      <w:pPr>
        <w:spacing w:after="280"/>
      </w:pPr>
      <w:r>
        <w:rPr>
          <w:sz w:val="28"/>
        </w:rPr>
        <w:t>30. 滑稽的、幽默的（adj.）：＿＿＿＿＿＿＿＿＿＿＿＿＿＿</w:t>
      </w:r>
    </w:p>
    <w:p>
      <w:pPr>
        <w:spacing w:after="280"/>
      </w:pPr>
      <w:r>
        <w:rPr>
          <w:sz w:val="28"/>
        </w:rPr>
        <w:t>31. 真诚的（adj.）：＿＿＿＿＿＿＿＿＿＿＿＿＿＿</w:t>
      </w:r>
    </w:p>
    <w:p>
      <w:pPr>
        <w:spacing w:after="280"/>
      </w:pPr>
      <w:r>
        <w:rPr>
          <w:sz w:val="28"/>
        </w:rPr>
        <w:t>32. 发展（n.）：＿＿＿＿＿＿＿＿＿＿＿＿＿＿</w:t>
      </w:r>
    </w:p>
    <w:p>
      <w:pPr>
        <w:spacing w:after="280"/>
      </w:pPr>
      <w:r>
        <w:rPr>
          <w:sz w:val="28"/>
        </w:rPr>
        <w:t>33. 公众人物（-）：＿＿＿＿＿＿＿＿＿＿＿＿＿＿</w:t>
      </w:r>
    </w:p>
    <w:p>
      <w:pPr>
        <w:spacing w:after="280"/>
      </w:pPr>
      <w:r>
        <w:rPr>
          <w:sz w:val="28"/>
        </w:rPr>
        <w:t>34. 相反（n.）：＿＿＿＿＿＿＿＿＿＿＿＿＿＿</w:t>
      </w:r>
    </w:p>
    <w:p>
      <w:pPr>
        <w:spacing w:after="280"/>
      </w:pPr>
      <w:r>
        <w:rPr>
          <w:sz w:val="28"/>
        </w:rPr>
        <w:t>35. 严格的（adj.）：＿＿＿＿＿＿＿＿＿＿＿＿＿＿</w:t>
      </w:r>
    </w:p>
    <w:p>
      <w:r>
        <w:br w:type="page"/>
      </w:r>
    </w:p>
    <w:p>
      <w:pPr>
        <w:jc w:val="center"/>
      </w:pPr>
      <w:r>
        <w:rPr>
          <w:b/>
          <w:sz w:val="32"/>
        </w:rPr>
        <w:t>答案（家长对照批改）</w:t>
      </w:r>
    </w:p>
    <w:p/>
    <w:p>
      <w:pPr>
        <w:spacing w:after="120"/>
      </w:pPr>
      <w:r>
        <w:rPr>
          <w:sz w:val="26"/>
        </w:rPr>
        <w:t>1. escape —— 逃跑；逃避（v.）</w:t>
      </w:r>
      <w:r>
        <w:rPr>
          <w:sz w:val="22"/>
        </w:rPr>
        <w:br/>
        <w:t xml:space="preserve">　　例句：escape from… 从……逃跑</w:t>
      </w:r>
    </w:p>
    <w:p>
      <w:pPr>
        <w:spacing w:after="120"/>
      </w:pPr>
      <w:r>
        <w:rPr>
          <w:sz w:val="26"/>
        </w:rPr>
        <w:t>2. provide —— 提供（v.）</w:t>
      </w:r>
    </w:p>
    <w:p>
      <w:pPr>
        <w:spacing w:after="120"/>
      </w:pPr>
      <w:r>
        <w:rPr>
          <w:sz w:val="26"/>
        </w:rPr>
        <w:t>3. damage —— 破坏（程度浅）（v.）</w:t>
      </w:r>
    </w:p>
    <w:p>
      <w:pPr>
        <w:spacing w:after="120"/>
      </w:pPr>
      <w:r>
        <w:rPr>
          <w:sz w:val="26"/>
        </w:rPr>
        <w:t>4. achieve —— 获得、达成（v.）</w:t>
      </w:r>
      <w:r>
        <w:rPr>
          <w:sz w:val="22"/>
        </w:rPr>
        <w:br/>
        <w:t xml:space="preserve">　　例句：achieve my goal</w:t>
      </w:r>
    </w:p>
    <w:p>
      <w:pPr>
        <w:spacing w:after="120"/>
      </w:pPr>
      <w:r>
        <w:rPr>
          <w:sz w:val="26"/>
        </w:rPr>
        <w:t>5. a sense of humour —— 幽默感（-）</w:t>
      </w:r>
    </w:p>
    <w:p>
      <w:pPr>
        <w:spacing w:after="120"/>
      </w:pPr>
      <w:r>
        <w:rPr>
          <w:sz w:val="26"/>
        </w:rPr>
        <w:t>6. recent —— 最近的（adj.）</w:t>
      </w:r>
      <w:r>
        <w:rPr>
          <w:sz w:val="22"/>
        </w:rPr>
        <w:br/>
        <w:t xml:space="preserve">　　例句：in recent years 最近几年</w:t>
      </w:r>
    </w:p>
    <w:p>
      <w:pPr>
        <w:spacing w:after="120"/>
      </w:pPr>
      <w:r>
        <w:rPr>
          <w:sz w:val="26"/>
        </w:rPr>
        <w:t>7. upset —— 心烦的，不安的（adj.）</w:t>
      </w:r>
    </w:p>
    <w:p>
      <w:pPr>
        <w:spacing w:after="120"/>
      </w:pPr>
      <w:r>
        <w:rPr>
          <w:sz w:val="26"/>
        </w:rPr>
        <w:t>8. direct —— 直接的（adj.）</w:t>
      </w:r>
    </w:p>
    <w:p>
      <w:pPr>
        <w:spacing w:after="120"/>
      </w:pPr>
      <w:r>
        <w:rPr>
          <w:sz w:val="26"/>
        </w:rPr>
        <w:t>9. expression —— 表达；表情（n.）</w:t>
      </w:r>
    </w:p>
    <w:p>
      <w:pPr>
        <w:spacing w:after="120"/>
      </w:pPr>
      <w:r>
        <w:rPr>
          <w:sz w:val="26"/>
        </w:rPr>
        <w:t>10. develop —— 发展；研发；培养养成（v.）</w:t>
      </w:r>
      <w:r>
        <w:rPr>
          <w:sz w:val="22"/>
        </w:rPr>
        <w:br/>
        <w:t xml:space="preserve">　　例句：a developed country 发达国家；a developing country 发展中国家；develop a hobby/habit 培养爱好/习惯</w:t>
      </w:r>
    </w:p>
    <w:p>
      <w:pPr>
        <w:spacing w:after="120"/>
      </w:pPr>
      <w:r>
        <w:rPr>
          <w:sz w:val="26"/>
        </w:rPr>
        <w:t>11. discussion —— 讨论；商议（n.）</w:t>
      </w:r>
    </w:p>
    <w:p>
      <w:pPr>
        <w:spacing w:after="120"/>
      </w:pPr>
      <w:r>
        <w:rPr>
          <w:sz w:val="26"/>
        </w:rPr>
        <w:t>12. emotion —— 情绪；情感（n.）</w:t>
      </w:r>
    </w:p>
    <w:p>
      <w:pPr>
        <w:spacing w:after="120"/>
      </w:pPr>
      <w:r>
        <w:rPr>
          <w:sz w:val="26"/>
        </w:rPr>
        <w:t>13. tightly —— 紧紧地（adv.）</w:t>
      </w:r>
    </w:p>
    <w:p>
      <w:pPr>
        <w:spacing w:after="120"/>
      </w:pPr>
      <w:r>
        <w:rPr>
          <w:sz w:val="26"/>
        </w:rPr>
        <w:t>14. immediately —— 立即（写出3种）（adv.）</w:t>
      </w:r>
    </w:p>
    <w:p>
      <w:pPr>
        <w:spacing w:after="120"/>
      </w:pPr>
      <w:r>
        <w:rPr>
          <w:sz w:val="26"/>
        </w:rPr>
        <w:t>15. individual —— 个人的；个体的（adj.）</w:t>
      </w:r>
    </w:p>
    <w:p>
      <w:pPr>
        <w:spacing w:after="120"/>
      </w:pPr>
      <w:r>
        <w:rPr>
          <w:sz w:val="26"/>
        </w:rPr>
        <w:t>16. prefer —— 更喜欢（v.）</w:t>
      </w:r>
    </w:p>
    <w:p>
      <w:pPr>
        <w:spacing w:after="120"/>
      </w:pPr>
      <w:r>
        <w:rPr>
          <w:sz w:val="26"/>
        </w:rPr>
        <w:t>17. in a hurry —— 匆匆忙忙（-）</w:t>
      </w:r>
    </w:p>
    <w:p>
      <w:pPr>
        <w:spacing w:after="120"/>
      </w:pPr>
      <w:r>
        <w:rPr>
          <w:sz w:val="26"/>
        </w:rPr>
        <w:t>18. once upon a time —— 曾经；很久以前（-）</w:t>
      </w:r>
    </w:p>
    <w:p>
      <w:pPr>
        <w:spacing w:after="120"/>
      </w:pPr>
      <w:r>
        <w:rPr>
          <w:sz w:val="26"/>
        </w:rPr>
        <w:t>19. destroy —— 破坏（程度深）（v.）</w:t>
      </w:r>
    </w:p>
    <w:p>
      <w:pPr>
        <w:spacing w:after="120"/>
      </w:pPr>
      <w:r>
        <w:rPr>
          <w:sz w:val="26"/>
        </w:rPr>
        <w:t>20. protect —— 保护（v.）</w:t>
      </w:r>
      <w:r>
        <w:rPr>
          <w:sz w:val="22"/>
        </w:rPr>
        <w:br/>
        <w:t xml:space="preserve">　　例句：protect…from… 保护……免受……</w:t>
      </w:r>
    </w:p>
    <w:p>
      <w:pPr>
        <w:spacing w:after="120"/>
      </w:pPr>
      <w:r>
        <w:rPr>
          <w:sz w:val="26"/>
        </w:rPr>
        <w:t>21. catch sight of —— 看见，瞥见（-）</w:t>
      </w:r>
    </w:p>
    <w:p>
      <w:pPr>
        <w:spacing w:after="120"/>
      </w:pPr>
      <w:r>
        <w:rPr>
          <w:sz w:val="26"/>
        </w:rPr>
        <w:t>22. surface —— 表面（n.）</w:t>
      </w:r>
      <w:r>
        <w:rPr>
          <w:sz w:val="22"/>
        </w:rPr>
        <w:br/>
        <w:t xml:space="preserve">　　例句：on the surface 在表面</w:t>
      </w:r>
    </w:p>
    <w:p>
      <w:pPr>
        <w:spacing w:after="120"/>
      </w:pPr>
      <w:r>
        <w:rPr>
          <w:sz w:val="26"/>
        </w:rPr>
        <w:t>23. escape —— 逃跑；逃避（n.）</w:t>
      </w:r>
    </w:p>
    <w:p>
      <w:pPr>
        <w:spacing w:after="120"/>
      </w:pPr>
      <w:r>
        <w:rPr>
          <w:sz w:val="26"/>
        </w:rPr>
        <w:t>24. educate —— 教育（v.）</w:t>
      </w:r>
    </w:p>
    <w:p>
      <w:pPr>
        <w:spacing w:after="120"/>
      </w:pPr>
      <w:r>
        <w:rPr>
          <w:sz w:val="26"/>
        </w:rPr>
        <w:t>25. confident —— 自信的；有信心的（adj.）</w:t>
      </w:r>
    </w:p>
    <w:p>
      <w:pPr>
        <w:spacing w:after="120"/>
      </w:pPr>
      <w:r>
        <w:rPr>
          <w:sz w:val="26"/>
        </w:rPr>
        <w:t>26. individual —— 个人，个体（n.）</w:t>
      </w:r>
    </w:p>
    <w:p>
      <w:pPr>
        <w:spacing w:after="120"/>
      </w:pPr>
      <w:r>
        <w:rPr>
          <w:sz w:val="26"/>
        </w:rPr>
        <w:t>27. research —— 研究；调查（v.）</w:t>
      </w:r>
    </w:p>
    <w:p>
      <w:pPr>
        <w:spacing w:after="120"/>
      </w:pPr>
      <w:r>
        <w:rPr>
          <w:sz w:val="26"/>
        </w:rPr>
        <w:t>28. for the time being —— 当前，眼下（-）</w:t>
      </w:r>
    </w:p>
    <w:p>
      <w:pPr>
        <w:spacing w:after="120"/>
      </w:pPr>
      <w:r>
        <w:rPr>
          <w:sz w:val="26"/>
        </w:rPr>
        <w:t>29. achievement —— 成就，功绩（n.）</w:t>
      </w:r>
    </w:p>
    <w:p>
      <w:pPr>
        <w:spacing w:after="120"/>
      </w:pPr>
      <w:r>
        <w:rPr>
          <w:sz w:val="26"/>
        </w:rPr>
        <w:t>30. humorous —— 滑稽的、幽默的（adj.）</w:t>
      </w:r>
      <w:r>
        <w:rPr>
          <w:sz w:val="22"/>
        </w:rPr>
        <w:br/>
        <w:t xml:space="preserve">　　例句：he is a humorous boy</w:t>
      </w:r>
    </w:p>
    <w:p>
      <w:pPr>
        <w:spacing w:after="120"/>
      </w:pPr>
      <w:r>
        <w:rPr>
          <w:sz w:val="26"/>
        </w:rPr>
        <w:t>31. sincere —— 真诚的（adj.）</w:t>
      </w:r>
      <w:r>
        <w:rPr>
          <w:sz w:val="22"/>
        </w:rPr>
        <w:br/>
        <w:t xml:space="preserve">　　例句：书信固定结尾：Sincerely yours 谨启（你的真诚的）</w:t>
      </w:r>
    </w:p>
    <w:p>
      <w:pPr>
        <w:spacing w:after="120"/>
      </w:pPr>
      <w:r>
        <w:rPr>
          <w:sz w:val="26"/>
        </w:rPr>
        <w:t>32. development —— 发展（n.）</w:t>
      </w:r>
      <w:r>
        <w:rPr>
          <w:sz w:val="22"/>
        </w:rPr>
        <w:br/>
        <w:t xml:space="preserve">　　例句：With the development of science and technology / AI 随着科技/AI的发展</w:t>
      </w:r>
    </w:p>
    <w:p>
      <w:pPr>
        <w:spacing w:after="120"/>
      </w:pPr>
      <w:r>
        <w:rPr>
          <w:sz w:val="26"/>
        </w:rPr>
        <w:t>33. public figures —— 公众人物（-）</w:t>
      </w:r>
    </w:p>
    <w:p>
      <w:pPr>
        <w:spacing w:after="120"/>
      </w:pPr>
      <w:r>
        <w:rPr>
          <w:sz w:val="26"/>
        </w:rPr>
        <w:t>34. opposite —— 相反（n.）</w:t>
      </w:r>
    </w:p>
    <w:p>
      <w:pPr>
        <w:spacing w:after="120"/>
      </w:pPr>
      <w:r>
        <w:rPr>
          <w:sz w:val="26"/>
        </w:rPr>
        <w:t>35. strict —— 严格的（adj.）</w:t>
      </w:r>
      <w:r>
        <w:rPr>
          <w:sz w:val="22"/>
        </w:rPr>
        <w:br/>
        <w:t xml:space="preserve">　　例句：be strict with</w:t>
      </w:r>
    </w:p>
    <w:sectPr w:rsidR="00FC693F" w:rsidRPr="0006063C" w:rsidSect="00034616">
      <w:pgSz w:w="11906" w:h="16838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